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Morgan</w:t>
      </w:r>
    </w:p>
    <w:p>
      <w:pPr>
        <w:pStyle w:val="Subtitle"/>
      </w:pPr>
      <w:r>
        <w:t>Administrative Assistant</w:t>
      </w:r>
    </w:p>
    <w:p>
      <w:pPr>
        <w:spacing w:after="80"/>
      </w:pPr>
      <w:r>
        <w:t>City, State or Province | name@example.com | Your phone number</w:t>
      </w:r>
    </w:p>
    <w:p>
      <w:pPr>
        <w:pStyle w:val="Heading1"/>
      </w:pPr>
      <w:r>
        <w:t>PROFESSIONAL SUMMARY</w:t>
      </w:r>
    </w:p>
    <w:p>
      <w:r>
        <w:t>Administrative assistant with experience coordinating calendars, maintaining records and supporting daily office operations. Comfortable using spreadsheets, managing shared inboxes and keeping teams informed.</w:t>
      </w:r>
    </w:p>
    <w:p>
      <w:pPr>
        <w:pStyle w:val="Heading1"/>
      </w:pPr>
      <w:r>
        <w:t>WORK EXPERIENCE</w:t>
      </w:r>
    </w:p>
    <w:p>
      <w:pPr>
        <w:pStyle w:val="Heading2"/>
      </w:pPr>
      <w:r>
        <w:t>Administrative Assistant</w:t>
      </w:r>
    </w:p>
    <w:p>
      <w:r>
        <w:t>Example Services Inc. | March 2023 – Present</w:t>
      </w:r>
    </w:p>
    <w:p>
      <w:pPr>
        <w:pStyle w:val="ListBullet"/>
      </w:pPr>
      <w:r>
        <w:t>Coordinate meeting schedules and prepare agendas for a team of eight.</w:t>
      </w:r>
    </w:p>
    <w:p>
      <w:pPr>
        <w:pStyle w:val="ListBullet"/>
      </w:pPr>
      <w:r>
        <w:t>Maintain a shared invoice tracker so colleagues can identify outstanding approvals.</w:t>
      </w:r>
    </w:p>
    <w:p>
      <w:pPr>
        <w:pStyle w:val="ListBullet"/>
      </w:pPr>
      <w:r>
        <w:t>Organize digital records using consistent file names and folder structures.</w:t>
      </w:r>
    </w:p>
    <w:p>
      <w:pPr>
        <w:pStyle w:val="Heading2"/>
      </w:pPr>
      <w:r>
        <w:t>Office Assistant</w:t>
      </w:r>
    </w:p>
    <w:p>
      <w:r>
        <w:t>Sample Operations Ltd. | June 2021 – February 2023</w:t>
      </w:r>
    </w:p>
    <w:p>
      <w:pPr>
        <w:pStyle w:val="ListBullet"/>
      </w:pPr>
      <w:r>
        <w:t>Responded to routine customer inquiries and directed requests to the appropriate team.</w:t>
      </w:r>
    </w:p>
    <w:p>
      <w:pPr>
        <w:pStyle w:val="ListBullet"/>
      </w:pPr>
      <w:r>
        <w:t>Prepared meeting notes and followed up on assigned actions.</w:t>
      </w:r>
    </w:p>
    <w:p>
      <w:pPr>
        <w:pStyle w:val="ListBullet"/>
      </w:pPr>
      <w:r>
        <w:t>Updated contact records and checked entries for missing information.</w:t>
      </w:r>
    </w:p>
    <w:p>
      <w:pPr>
        <w:pStyle w:val="Heading1"/>
      </w:pPr>
      <w:r>
        <w:t>EDUCATION</w:t>
      </w:r>
    </w:p>
    <w:p>
      <w:r>
        <w:rPr>
          <w:b/>
        </w:rPr>
        <w:t>Diploma in Business Administration</w:t>
      </w:r>
      <w:r>
        <w:t xml:space="preserve"> | Example College | 2021</w:t>
      </w:r>
    </w:p>
    <w:p>
      <w:pPr>
        <w:pStyle w:val="Heading1"/>
      </w:pPr>
      <w:r>
        <w:t>SKILLS</w:t>
      </w:r>
    </w:p>
    <w:p>
      <w:r>
        <w:t>Microsoft Word; Excel; Outlook; calendar coordination; document preparation; record keeping</w:t>
      </w:r>
    </w:p>
    <w:p>
      <w:pPr>
        <w:pStyle w:val="Heading1"/>
      </w:pPr>
      <w:r>
        <w:t>PROJECTS AND VOLUNTEERING</w:t>
      </w:r>
    </w:p>
    <w:p>
      <w:r>
        <w:rPr>
          <w:b/>
        </w:rPr>
        <w:t>Volunteer Administrator</w:t>
      </w:r>
      <w:r>
        <w:t xml:space="preserve"> | Community Project</w:t>
      </w:r>
    </w:p>
    <w:p>
      <w:pPr>
        <w:pStyle w:val="ListBullet"/>
      </w:pPr>
      <w:r>
        <w:t>Maintain event registration lists and help volunteers prepare participant materials.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Word Resume</dc:title>
  <dc:subject>Editable resume template with fictional example content</dc:subject>
  <dc:creator>PlantillasCV.es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