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Jordan Taylor</w:t>
      </w:r>
    </w:p>
    <w:p>
      <w:pPr>
        <w:pStyle w:val="Subtitle"/>
        <w:jc w:val="center"/>
      </w:pPr>
      <w:r>
        <w:t>Project Coordinator</w:t>
      </w:r>
    </w:p>
    <w:p>
      <w:pPr>
        <w:spacing w:after="80"/>
        <w:jc w:val="center"/>
      </w:pPr>
      <w:r>
        <w:t>City, State or Province | name@example.com | Your phone number</w:t>
      </w:r>
    </w:p>
    <w:p>
      <w:pPr>
        <w:pStyle w:val="Heading1"/>
      </w:pPr>
      <w:r>
        <w:t>PROFESSIONAL SUMMARY</w:t>
      </w:r>
    </w:p>
    <w:p>
      <w:r>
        <w:t>Project coordinator with experience organizing delivery schedules, tracking actions and supporting cross-functional teams. Brings a structured approach to documentation, stakeholder updates and issue follow-up.</w:t>
      </w:r>
    </w:p>
    <w:p>
      <w:pPr>
        <w:pStyle w:val="Heading1"/>
      </w:pPr>
      <w:r>
        <w:t>WORK EXPERIENCE</w:t>
      </w:r>
    </w:p>
    <w:p>
      <w:pPr>
        <w:pStyle w:val="Heading2"/>
      </w:pPr>
      <w:r>
        <w:t>Project Coordinator</w:t>
      </w:r>
    </w:p>
    <w:p>
      <w:r>
        <w:t>Example Consulting Inc. | April 2022 – Present</w:t>
      </w:r>
    </w:p>
    <w:p>
      <w:pPr>
        <w:pStyle w:val="ListBullet"/>
      </w:pPr>
      <w:r>
        <w:t>Coordinate project schedules, record dependencies and update owners on upcoming deadlines.</w:t>
      </w:r>
    </w:p>
    <w:p>
      <w:pPr>
        <w:pStyle w:val="ListBullet"/>
      </w:pPr>
      <w:r>
        <w:t>Prepare weekly status reports covering progress, open decisions and delivery risks.</w:t>
      </w:r>
    </w:p>
    <w:p>
      <w:pPr>
        <w:pStyle w:val="ListBullet"/>
      </w:pPr>
      <w:r>
        <w:t>Maintain an action log and follow up with colleagues before review meetings.</w:t>
      </w:r>
    </w:p>
    <w:p>
      <w:pPr>
        <w:pStyle w:val="Heading2"/>
      </w:pPr>
      <w:r>
        <w:t>Operations Assistant</w:t>
      </w:r>
    </w:p>
    <w:p>
      <w:r>
        <w:t>Sample Business Ltd. | September 2019 – March 2022</w:t>
      </w:r>
    </w:p>
    <w:p>
      <w:pPr>
        <w:pStyle w:val="ListBullet"/>
      </w:pPr>
      <w:r>
        <w:t>Compiled operational data into spreadsheets for monthly management reviews.</w:t>
      </w:r>
    </w:p>
    <w:p>
      <w:pPr>
        <w:pStyle w:val="ListBullet"/>
      </w:pPr>
      <w:r>
        <w:t>Documented recurring processes and updated guidance after team feedback.</w:t>
      </w:r>
    </w:p>
    <w:p>
      <w:pPr>
        <w:pStyle w:val="ListBullet"/>
      </w:pPr>
      <w:r>
        <w:t>Coordinated supplier communications and maintained order records.</w:t>
      </w:r>
    </w:p>
    <w:p>
      <w:pPr>
        <w:pStyle w:val="Heading1"/>
      </w:pPr>
      <w:r>
        <w:t>EDUCATION</w:t>
      </w:r>
    </w:p>
    <w:p>
      <w:r>
        <w:rPr>
          <w:b/>
        </w:rPr>
        <w:t>Bachelor of Business Administration</w:t>
      </w:r>
      <w:r>
        <w:t xml:space="preserve"> | Example University | 2019</w:t>
      </w:r>
    </w:p>
    <w:p>
      <w:pPr>
        <w:pStyle w:val="Heading1"/>
      </w:pPr>
      <w:r>
        <w:t>SKILLS</w:t>
      </w:r>
    </w:p>
    <w:p>
      <w:r>
        <w:t>Project scheduling; stakeholder communication; action tracking; Microsoft Excel; documentation</w:t>
      </w:r>
    </w:p>
    <w:p>
      <w:pPr>
        <w:pStyle w:val="Heading1"/>
      </w:pPr>
      <w:r>
        <w:t>PROJECTS AND VOLUNTEERING</w:t>
      </w:r>
    </w:p>
    <w:p>
      <w:r>
        <w:rPr>
          <w:b/>
        </w:rPr>
        <w:t>Process Improvement Project</w:t>
      </w:r>
      <w:r>
        <w:t xml:space="preserve"> | Internal Team Initiative</w:t>
      </w:r>
    </w:p>
    <w:p>
      <w:pPr>
        <w:pStyle w:val="ListBullet"/>
      </w:pPr>
      <w:r>
        <w:t>Created a shared handover checklist to clarify task ownership and outstanding actions.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2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Word Resume</dc:title>
  <dc:subject>Editable resume template with fictional example content</dc:subject>
  <dc:creator>PlantillasCV.es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