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Jamie Carter</w:t>
      </w:r>
    </w:p>
    <w:p>
      <w:pPr>
        <w:pStyle w:val="Subtitle"/>
      </w:pPr>
      <w:r>
        <w:t>Marketing Specialist</w:t>
      </w:r>
    </w:p>
    <w:p>
      <w:pPr>
        <w:spacing w:after="80"/>
      </w:pPr>
      <w:r>
        <w:t>City, State or Province | name@example.com | Your phone number</w:t>
      </w:r>
    </w:p>
    <w:p>
      <w:pPr>
        <w:pStyle w:val="Heading1"/>
      </w:pPr>
      <w:r>
        <w:t>PROFESSIONAL SUMMARY</w:t>
      </w:r>
    </w:p>
    <w:p>
      <w:r>
        <w:t>Marketing specialist with experience planning content, coordinating campaigns and reporting on engagement. Combines clear writing with practical knowledge of email platforms, website updates and campaign analysis.</w:t>
      </w:r>
    </w:p>
    <w:p>
      <w:pPr>
        <w:pStyle w:val="Heading1"/>
      </w:pPr>
      <w:r>
        <w:t>WORK EXPERIENCE</w:t>
      </w:r>
    </w:p>
    <w:p>
      <w:pPr>
        <w:pStyle w:val="Heading2"/>
      </w:pPr>
      <w:r>
        <w:t>Marketing Specialist</w:t>
      </w:r>
    </w:p>
    <w:p>
      <w:r>
        <w:t>Example Digital Inc. | January 2023 – Present</w:t>
      </w:r>
    </w:p>
    <w:p>
      <w:pPr>
        <w:pStyle w:val="ListBullet"/>
      </w:pPr>
      <w:r>
        <w:t>Plan monthly content calendars with colleagues across marketing and customer support.</w:t>
      </w:r>
    </w:p>
    <w:p>
      <w:pPr>
        <w:pStyle w:val="ListBullet"/>
      </w:pPr>
      <w:r>
        <w:t>Build email campaigns and review engagement data to identify topics for future content.</w:t>
      </w:r>
    </w:p>
    <w:p>
      <w:pPr>
        <w:pStyle w:val="ListBullet"/>
      </w:pPr>
      <w:r>
        <w:t>Prepare campaign briefs with audience, message, schedule and reporting requirements.</w:t>
      </w:r>
    </w:p>
    <w:p>
      <w:pPr>
        <w:pStyle w:val="Heading2"/>
      </w:pPr>
      <w:r>
        <w:t>Marketing Assistant</w:t>
      </w:r>
    </w:p>
    <w:p>
      <w:r>
        <w:t>Sample Creative Ltd. | July 2020 – December 2022</w:t>
      </w:r>
    </w:p>
    <w:p>
      <w:pPr>
        <w:pStyle w:val="ListBullet"/>
      </w:pPr>
      <w:r>
        <w:t>Drafted website updates and email copy from agreed editorial briefs.</w:t>
      </w:r>
    </w:p>
    <w:p>
      <w:pPr>
        <w:pStyle w:val="ListBullet"/>
      </w:pPr>
      <w:r>
        <w:t>Maintained campaign records and checked links before publication.</w:t>
      </w:r>
    </w:p>
    <w:p>
      <w:pPr>
        <w:pStyle w:val="ListBullet"/>
      </w:pPr>
      <w:r>
        <w:t>Collected performance data and summarized findings for the marketing team.</w:t>
      </w:r>
    </w:p>
    <w:p>
      <w:pPr>
        <w:pStyle w:val="Heading1"/>
      </w:pPr>
      <w:r>
        <w:t>EDUCATION</w:t>
      </w:r>
    </w:p>
    <w:p>
      <w:r>
        <w:rPr>
          <w:b/>
        </w:rPr>
        <w:t>Bachelor of Arts in Marketing</w:t>
      </w:r>
      <w:r>
        <w:t xml:space="preserve"> | Example University | 2020</w:t>
      </w:r>
    </w:p>
    <w:p>
      <w:pPr>
        <w:pStyle w:val="Heading1"/>
      </w:pPr>
      <w:r>
        <w:t>SKILLS</w:t>
      </w:r>
    </w:p>
    <w:p>
      <w:r>
        <w:t>Content planning; email marketing; copywriting; WordPress; campaign reporting; spreadsheet analysis</w:t>
      </w:r>
    </w:p>
    <w:p>
      <w:pPr>
        <w:pStyle w:val="Heading1"/>
      </w:pPr>
      <w:r>
        <w:t>PROJECTS AND VOLUNTEERING</w:t>
      </w:r>
    </w:p>
    <w:p>
      <w:r>
        <w:rPr>
          <w:b/>
        </w:rPr>
        <w:t>Newsletter Content Project</w:t>
      </w:r>
      <w:r>
        <w:t xml:space="preserve"> | Community Organization</w:t>
      </w:r>
    </w:p>
    <w:p>
      <w:pPr>
        <w:pStyle w:val="ListBullet"/>
      </w:pPr>
      <w:r>
        <w:t>Developed a recurring newsletter outline and coordinated contributions from volunteers.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4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2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2" w:lineRule="auto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Word Resume</dc:title>
  <dc:subject>Editable resume template with fictional example content</dc:subject>
  <dc:creator>PlantillasCV.es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