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20"/>
        <w:gridCol w:w="6912"/>
      </w:tblGrid>
      <w:tr>
        <w:trPr>
          <w:cantSplit/>
          <w:trHeight w:val="14285" w:hRule="atLeast"/>
        </w:trPr>
        <w:tc>
          <w:tcPr>
            <w:tcW w:type="dxa" w:w="4320"/>
            <w:vAlign w:val="top"/>
            <w:shd w:fill="F1F1F1" w:val="clear"/>
            <w:tcMar>
              <w:top w:w="210" w:type="dxa"/>
              <w:bottom w:w="210" w:type="dxa"/>
              <w:start w:w="300" w:type="dxa"/>
              <w:end w:w="300" w:type="dxa"/>
            </w:tcMar>
          </w:tcPr>
          <w:p>
            <w:pPr>
              <w:widowControl w:val="0"/>
              <w:spacing w:before="0" w:after="140" w:line="269" w:lineRule="auto"/>
              <w:jc w:val="center"/>
            </w:pPr>
            <w:r>
              <w:rPr>
                <w:rFonts w:ascii="Arial" w:hAnsi="Arial" w:eastAsia="Arial"/>
                <w:b w:val="0"/>
                <w:color w:val="242424"/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417320" cy="1417320"/>
                  <wp:docPr id="1" name="Picture 1" descr="Optional photo placeholder to replace or remov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ay-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41732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spacing w:before="0" w:after="260" w:line="269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17"/>
              </w:rPr>
              <w:t>[Replace or remove photo]</w:t>
            </w:r>
          </w:p>
          <w:p>
            <w:pPr>
              <w:pStyle w:val="Title"/>
              <w:widowControl w:val="0"/>
              <w:spacing w:before="0" w:after="180" w:line="259" w:lineRule="auto"/>
              <w:jc w:val="center"/>
            </w:pPr>
            <w:r>
              <w:rPr>
                <w:rFonts w:ascii="Arial" w:hAnsi="Arial" w:eastAsia="Arial"/>
                <w:b w:val="0"/>
                <w:color w:val="242424"/>
                <w:sz w:val="46"/>
              </w:rPr>
              <w:t>[FIRST NAME]</w:t>
              <w:br/>
              <w:t>[LAST NAME]</w:t>
            </w:r>
          </w:p>
          <w:p>
            <w:pPr>
              <w:widowControl w:val="0"/>
              <w:spacing w:before="0" w:after="480" w:line="269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19"/>
                <w:spacing w:val="17"/>
              </w:rPr>
              <w:t>[YOUR JOB TITLE]</w:t>
            </w:r>
          </w:p>
          <w:p>
            <w:pPr>
              <w:pStyle w:val="Heading2"/>
              <w:keepNext/>
              <w:widowControl w:val="0"/>
              <w:spacing w:before="0" w:after="30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CONTACT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[City, State]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[Phone number]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[email@example.com]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[LinkedIn or portfolio URL]</w:t>
            </w:r>
          </w:p>
          <w:p>
            <w:pPr>
              <w:pStyle w:val="Heading2"/>
              <w:keepNext/>
              <w:widowControl w:val="0"/>
              <w:spacing w:before="400" w:after="30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PROFILE</w:t>
            </w:r>
          </w:p>
          <w:p>
            <w:pPr>
              <w:widowControl w:val="0"/>
              <w:spacing w:before="0" w:after="100" w:line="288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[Write 2-3 lines about your relevant experience, strengths and target role.]</w:t>
            </w:r>
          </w:p>
          <w:p>
            <w:pPr>
              <w:pStyle w:val="Heading2"/>
              <w:keepNext/>
              <w:widowControl w:val="0"/>
              <w:spacing w:before="480" w:after="30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SKILLS</w:t>
            </w:r>
          </w:p>
          <w:p>
            <w:pPr>
              <w:widowControl w:val="0"/>
              <w:spacing w:before="0" w:after="2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[Relevant skill]</w:t>
            </w:r>
          </w:p>
          <w:p>
            <w:pPr>
              <w:widowControl w:val="0"/>
              <w:spacing w:before="0" w:after="2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[Software or tool]</w:t>
            </w:r>
          </w:p>
          <w:p>
            <w:pPr>
              <w:widowControl w:val="0"/>
              <w:spacing w:before="0" w:after="20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[Job-related strength]</w:t>
            </w:r>
          </w:p>
        </w:tc>
        <w:tc>
          <w:tcPr>
            <w:tcW w:type="dxa" w:w="6912"/>
            <w:vAlign w:val="top"/>
            <w:tcMar>
              <w:top w:w="250" w:type="dxa"/>
              <w:bottom w:w="160" w:type="dxa"/>
              <w:start w:w="420" w:type="dxa"/>
              <w:end w:w="360" w:type="dxa"/>
            </w:tcMar>
          </w:tcPr>
          <w:p>
            <w:pPr>
              <w:pStyle w:val="Heading2"/>
              <w:keepNext/>
              <w:widowControl w:val="0"/>
              <w:spacing w:before="0" w:after="36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WORK EXPERIENCE</w:t>
            </w:r>
          </w:p>
          <w:p>
            <w:pPr>
              <w:keepNext/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[Add another specific contribution or achievement.]</w:t>
            </w:r>
          </w:p>
          <w:p>
            <w:pPr>
              <w:keepNext/>
              <w:widowControl w:val="0"/>
              <w:spacing w:before="32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keepNext/>
              <w:widowControl w:val="0"/>
              <w:spacing w:before="32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pStyle w:val="Heading2"/>
              <w:keepNext/>
              <w:widowControl w:val="0"/>
              <w:spacing w:before="540" w:after="34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EDUCATION</w:t>
            </w: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widowControl w:val="0"/>
              <w:spacing w:before="0" w:after="3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[Relevant coursework, project or distinction.]</w:t>
            </w: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pStyle w:val="Heading2"/>
              <w:keepNext/>
              <w:widowControl w:val="0"/>
              <w:spacing w:before="480" w:after="340" w:line="269" w:lineRule="auto"/>
              <w:jc w:val="center"/>
              <w:pBdr>
                <w:bottom w:val="single" w:sz="4" w:color="242424" w:space="5"/>
              </w:pBdr>
            </w:pPr>
            <w:r>
              <w:rPr>
                <w:rFonts w:ascii="Arial" w:hAnsi="Arial" w:eastAsia="Arial"/>
                <w:b w:val="0"/>
                <w:color w:val="242424"/>
                <w:sz w:val="23"/>
                <w:spacing w:val="30"/>
              </w:rPr>
              <w:t>LANGUAGES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[Language] - [Proficiency level]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[Language] - [Proficiency level]</w:t>
            </w:r>
          </w:p>
        </w:tc>
      </w:tr>
    </w:tbl>
    <w:sectPr w:rsidR="00FC693F" w:rsidRPr="0006063C" w:rsidSect="00034616">
      <w:pgSz w:w="12240" w:h="15840"/>
      <w:pgMar w:top="504" w:right="504" w:bottom="504" w:left="504" w:header="115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424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242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24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424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424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Gray Sidebar Blank Resume Template</dc:title>
  <dc:subject>Blank editable resume with English prompts to replace</dc:subject>
  <dc:creator>PlantillasCV</dc:creator>
  <cp:keywords>blank resume template, editable, English, Word</cp:keywords>
  <dc:description>generated by python-docx</dc:description>
  <cp:lastModifiedBy/>
  <cp:revision>1</cp:revision>
  <dcterms:created xsi:type="dcterms:W3CDTF">2026-10-18T12:36:05Z</dcterms:created>
  <dcterms:modified xsi:type="dcterms:W3CDTF">2026-10-18T12:36:05Z</dcterms:modified>
  <cp:category/>
</cp:coreProperties>
</file>