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464"/>
        <w:gridCol w:w="6768"/>
      </w:tblGrid>
      <w:tr>
        <w:trPr>
          <w:cantSplit/>
          <w:trHeight w:val="3960" w:hRule="atLeast"/>
        </w:trPr>
        <w:tc>
          <w:tcPr>
            <w:tcW w:type="dxa" w:w="4464"/>
            <w:vAlign w:val="top"/>
            <w:shd w:fill="FBDDDD" w:val="clear"/>
            <w:tcMar>
              <w:top w:w="140" w:type="dxa"/>
              <w:bottom w:w="100" w:type="dxa"/>
              <w:start w:w="250" w:type="dxa"/>
              <w:end w:w="200" w:type="dxa"/>
            </w:tcMar>
          </w:tcPr>
          <w:p>
            <w:pPr>
              <w:widowControl w:val="0"/>
              <w:spacing w:before="0" w:after="140" w:line="269" w:lineRule="auto"/>
              <w:jc w:val="center"/>
            </w:pPr>
            <w:r>
              <w:rPr>
                <w:rFonts w:ascii="Arial" w:hAnsi="Arial" w:eastAsia="Arial"/>
                <w:b w:val="0"/>
                <w:color w:val="242424"/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920240" cy="1920240"/>
                  <wp:docPr id="1" name="Picture 1" descr="Optional photo placeholder to replace or remov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ush-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0"/>
              <w:spacing w:before="0" w:after="260" w:line="269" w:lineRule="auto"/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17"/>
              </w:rPr>
              <w:t>[Replace or remove photo]</w:t>
            </w:r>
          </w:p>
        </w:tc>
        <w:tc>
          <w:tcPr>
            <w:tcW w:type="dxa" w:w="6768"/>
            <w:vAlign w:val="top"/>
            <w:shd w:fill="FBDDDD" w:val="clear"/>
            <w:tcMar>
              <w:top w:w="280" w:type="dxa"/>
              <w:bottom w:w="160" w:type="dxa"/>
              <w:start w:w="120" w:type="dxa"/>
              <w:end w:w="300" w:type="dxa"/>
            </w:tcMar>
          </w:tcPr>
          <w:p>
            <w:pPr>
              <w:pStyle w:val="Title"/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/>
                <w:color w:val="242424"/>
                <w:sz w:val="52"/>
                <w:spacing w:val="30"/>
              </w:rPr>
              <w:t>[FIRST NAME]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52"/>
                <w:spacing w:val="45"/>
              </w:rPr>
              <w:t>[LAST NAME]</w:t>
            </w:r>
          </w:p>
          <w:p>
            <w:pPr>
              <w:widowControl w:val="0"/>
              <w:spacing w:before="0" w:after="44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  <w:spacing w:val="28"/>
              </w:rPr>
              <w:t>[YOUR JOB TITLE]</w:t>
            </w:r>
          </w:p>
          <w:p>
            <w:pPr>
              <w:widowControl w:val="0"/>
              <w:spacing w:before="0" w:after="0" w:line="288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[Write a short profile connecting your experience and strengths to the role you want.]</w:t>
            </w:r>
          </w:p>
        </w:tc>
      </w:tr>
      <w:tr>
        <w:trPr>
          <w:cantSplit/>
          <w:trHeight w:val="9288" w:hRule="atLeast"/>
        </w:trPr>
        <w:tc>
          <w:tcPr>
            <w:tcW w:type="dxa" w:w="4464"/>
            <w:vAlign w:val="top"/>
            <w:tcMar>
              <w:top w:w="260" w:type="dxa"/>
              <w:bottom w:w="100" w:type="dxa"/>
              <w:start w:w="300" w:type="dxa"/>
              <w:end w:w="270" w:type="dxa"/>
            </w:tcMar>
          </w:tcPr>
          <w:p>
            <w:pPr>
              <w:pStyle w:val="Heading2"/>
              <w:keepNext/>
              <w:widowControl w:val="0"/>
              <w:spacing w:before="0" w:after="30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21"/>
                <w:spacing w:val="35"/>
              </w:rPr>
              <w:t>CONTACT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[City, State]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[Phone number]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[email@example.com]</w:t>
            </w:r>
          </w:p>
          <w:p>
            <w:pPr>
              <w:pStyle w:val="Heading2"/>
              <w:keepNext/>
              <w:widowControl w:val="0"/>
              <w:spacing w:before="600" w:after="30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21"/>
                <w:spacing w:val="35"/>
              </w:rPr>
              <w:t>SKILLS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[Relevant skill]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[Software or tool]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[Technical skill]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[Job-related strength]</w:t>
            </w:r>
          </w:p>
          <w:p>
            <w:pPr>
              <w:pStyle w:val="Heading2"/>
              <w:keepNext/>
              <w:widowControl w:val="0"/>
              <w:spacing w:before="560" w:after="30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21"/>
                <w:spacing w:val="35"/>
              </w:rPr>
              <w:t>LANGUAGES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[Language] - [Level]</w:t>
            </w:r>
          </w:p>
          <w:p>
            <w:pPr>
              <w:widowControl w:val="0"/>
              <w:spacing w:before="0" w:after="18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[Language] - [Level]</w:t>
            </w:r>
          </w:p>
        </w:tc>
        <w:tc>
          <w:tcPr>
            <w:tcW w:type="dxa" w:w="6768"/>
            <w:vAlign w:val="top"/>
            <w:tcMar>
              <w:top w:w="260" w:type="dxa"/>
              <w:bottom w:w="130" w:type="dxa"/>
              <w:start w:w="310" w:type="dxa"/>
              <w:end w:w="310" w:type="dxa"/>
            </w:tcMar>
          </w:tcPr>
          <w:p>
            <w:pPr>
              <w:pStyle w:val="Heading2"/>
              <w:keepNext/>
              <w:widowControl w:val="0"/>
              <w:spacing w:before="0" w:after="30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21"/>
                <w:spacing w:val="35"/>
              </w:rPr>
              <w:t>EDUCATION</w:t>
            </w: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widowControl w:val="0"/>
              <w:spacing w:before="0" w:after="32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[Relevant coursework, project or distinction.]</w:t>
            </w:r>
          </w:p>
          <w:p>
            <w:pPr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[Degree or qualification]</w:t>
            </w:r>
          </w:p>
          <w:p>
            <w:pPr>
              <w:widowControl w:val="0"/>
              <w:spacing w:before="0" w:after="1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[Institution]  |  [Year - Year]</w:t>
            </w:r>
          </w:p>
          <w:p>
            <w:pPr>
              <w:widowControl w:val="0"/>
              <w:spacing w:before="0" w:after="30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[Relevant coursework, project or distinction.]</w:t>
            </w:r>
          </w:p>
          <w:p>
            <w:pPr>
              <w:pStyle w:val="Heading2"/>
              <w:keepNext/>
              <w:widowControl w:val="0"/>
              <w:spacing w:before="440" w:after="280" w:line="269" w:lineRule="auto"/>
            </w:pPr>
            <w:r>
              <w:rPr>
                <w:rFonts w:ascii="Arial" w:hAnsi="Arial" w:eastAsia="Arial"/>
                <w:b w:val="0"/>
                <w:color w:val="242424"/>
                <w:sz w:val="21"/>
                <w:spacing w:val="35"/>
              </w:rPr>
              <w:t>WORK EXPERIENCE</w:t>
            </w:r>
          </w:p>
          <w:p>
            <w:pPr>
              <w:keepNext/>
              <w:widowControl w:val="0"/>
              <w:spacing w:before="8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[Add another specific contribution or achievement.]</w:t>
            </w:r>
          </w:p>
          <w:p>
            <w:pPr>
              <w:keepNext/>
              <w:widowControl w:val="0"/>
              <w:spacing w:before="320" w:after="80" w:line="269" w:lineRule="auto"/>
            </w:pPr>
            <w:r>
              <w:rPr>
                <w:rFonts w:ascii="Arial" w:hAnsi="Arial" w:eastAsia="Arial"/>
                <w:b/>
                <w:color w:val="242424"/>
                <w:sz w:val="22"/>
              </w:rPr>
              <w:t>[Job title]</w:t>
            </w:r>
          </w:p>
          <w:p>
            <w:pPr>
              <w:widowControl w:val="0"/>
              <w:spacing w:before="0" w:after="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9"/>
              </w:rPr>
              <w:t>[Employer]  |  [Location]</w:t>
            </w:r>
          </w:p>
          <w:p>
            <w:pPr>
              <w:widowControl w:val="0"/>
              <w:spacing w:before="0" w:after="160" w:line="269" w:lineRule="auto"/>
            </w:pPr>
            <w:r>
              <w:rPr>
                <w:rFonts w:ascii="Arial" w:hAnsi="Arial" w:eastAsia="Arial"/>
                <w:b w:val="0"/>
                <w:color w:val="555555"/>
                <w:sz w:val="18"/>
              </w:rPr>
              <w:t>[Month Year] - [Month Year]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[Action verb + task + relevant result.]</w:t>
            </w:r>
          </w:p>
          <w:p>
            <w:pPr>
              <w:widowControl w:val="0"/>
              <w:spacing w:before="0" w:after="12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•  [Add another specific contribution or achievement.]</w:t>
            </w:r>
          </w:p>
        </w:tc>
      </w:tr>
      <w:tr>
        <w:trPr>
          <w:cantSplit/>
        </w:trPr>
        <w:tc>
          <w:tcPr>
            <w:tcW w:type="dxa" w:w="11232"/>
            <w:vAlign w:val="top"/>
            <w:gridSpan w:val="2"/>
            <w:shd w:fill="17191B" w:val="clear"/>
            <w:tcMar>
              <w:top w:w="140" w:type="dxa"/>
              <w:bottom w:w="140" w:type="dxa"/>
              <w:start w:w="300" w:type="dxa"/>
              <w:end w:w="300" w:type="dxa"/>
            </w:tcMar>
          </w:tcPr>
          <w:p>
            <w:pPr>
              <w:widowControl w:val="0"/>
              <w:spacing w:before="0" w:after="0" w:line="269" w:lineRule="auto"/>
              <w:jc w:val="center"/>
            </w:pPr>
            <w:r>
              <w:rPr>
                <w:rFonts w:ascii="Arial" w:hAnsi="Arial" w:eastAsia="Arial"/>
                <w:b w:val="0"/>
                <w:color w:val="FFFFFF"/>
                <w:sz w:val="19"/>
                <w:spacing w:val="15"/>
              </w:rPr>
              <w:t>[LINKEDIN URL]     •     [PORTFOLIO URL]</w:t>
            </w:r>
          </w:p>
        </w:tc>
      </w:tr>
    </w:tbl>
    <w:sectPr w:rsidR="00FC693F" w:rsidRPr="0006063C" w:rsidSect="00034616">
      <w:pgSz w:w="12240" w:h="15840"/>
      <w:pgMar w:top="504" w:right="504" w:bottom="504" w:left="504" w:header="115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424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242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24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424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4242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Blush Creative Blank Resume Template</dc:title>
  <dc:subject>Blank editable resume with English prompts to replace</dc:subject>
  <dc:creator>PlantillasCV</dc:creator>
  <cp:keywords>blank resume template, editable, English, Word</cp:keywords>
  <dc:description>generated by python-docx</dc:description>
  <cp:lastModifiedBy/>
  <cp:revision>1</cp:revision>
  <dcterms:created xsi:type="dcterms:W3CDTF">2026-10-18T12:36:05Z</dcterms:created>
  <dcterms:modified xsi:type="dcterms:W3CDTF">2026-10-18T12:36:05Z</dcterms:modified>
  <cp:category/>
</cp:coreProperties>
</file>