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104"/>
        <w:gridCol w:w="7128"/>
      </w:tblGrid>
      <w:tr>
        <w:trPr>
          <w:cantSplit/>
          <w:trHeight w:val="14342" w:hRule="atLeast"/>
        </w:trPr>
        <w:tc>
          <w:tcPr>
            <w:tcW w:type="dxa" w:w="4104"/>
            <w:vAlign w:val="top"/>
            <w:shd w:fill="2A78A4" w:val="clear"/>
            <w:tcMar>
              <w:top w:w="210" w:type="dxa"/>
              <w:bottom w:w="180" w:type="dxa"/>
              <w:start w:w="270" w:type="dxa"/>
              <w:end w:w="270" w:type="dxa"/>
            </w:tcMar>
          </w:tcPr>
          <w:p>
            <w:pPr>
              <w:widowControl w:val="0"/>
              <w:spacing w:before="0" w:after="140" w:line="269" w:lineRule="auto"/>
              <w:jc w:val="center"/>
            </w:pPr>
            <w:r>
              <w:rPr>
                <w:rFonts w:ascii="Arial" w:hAnsi="Arial" w:eastAsia="Arial"/>
                <w:b w:val="0"/>
                <w:color w:val="242424"/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481328" cy="1481328"/>
                  <wp:docPr id="1" name="Picture 1" descr="Optional photo placeholder to replace or remov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ue-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1481328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spacing w:before="0" w:after="260" w:line="269" w:lineRule="auto"/>
              <w:jc w:val="center"/>
            </w:pPr>
            <w:r>
              <w:rPr>
                <w:rFonts w:ascii="Arial" w:hAnsi="Arial" w:eastAsia="Arial"/>
                <w:b w:val="0"/>
                <w:color w:val="FFFFFF"/>
                <w:sz w:val="17"/>
              </w:rPr>
              <w:t>[Replace or remove photo]</w:t>
            </w:r>
          </w:p>
          <w:p>
            <w:pPr>
              <w:pStyle w:val="Title"/>
              <w:widowControl w:val="0"/>
              <w:spacing w:before="0" w:after="200" w:line="259" w:lineRule="auto"/>
            </w:pPr>
            <w:r>
              <w:rPr>
                <w:rFonts w:ascii="Arial" w:hAnsi="Arial" w:eastAsia="Arial"/>
                <w:b/>
                <w:color w:val="FFFFFF"/>
                <w:sz w:val="42"/>
              </w:rPr>
              <w:t>[FIRST NAME]</w:t>
              <w:br/>
              <w:t>[LAST NAME]</w:t>
            </w:r>
          </w:p>
          <w:p>
            <w:pPr>
              <w:widowControl w:val="0"/>
              <w:spacing w:before="0" w:after="440" w:line="269" w:lineRule="auto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[YOUR JOB TITLE]</w:t>
            </w:r>
          </w:p>
          <w:p>
            <w:pPr>
              <w:widowControl w:val="0"/>
              <w:spacing w:before="0" w:after="24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18"/>
              </w:rPr>
              <w:t>[City, State]</w:t>
            </w:r>
          </w:p>
          <w:p>
            <w:pPr>
              <w:widowControl w:val="0"/>
              <w:spacing w:before="0" w:after="24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18"/>
              </w:rPr>
              <w:t>[Phone number]</w:t>
            </w:r>
          </w:p>
          <w:p>
            <w:pPr>
              <w:widowControl w:val="0"/>
              <w:spacing w:before="0" w:after="24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18"/>
              </w:rPr>
              <w:t>[email@example.com]</w:t>
            </w:r>
          </w:p>
          <w:p>
            <w:pPr>
              <w:widowControl w:val="0"/>
              <w:spacing w:before="0" w:after="24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18"/>
              </w:rPr>
              <w:t>[LinkedIn or portfolio URL]</w:t>
            </w:r>
          </w:p>
          <w:p>
            <w:pPr>
              <w:pStyle w:val="Heading2"/>
              <w:keepNext/>
              <w:widowControl w:val="0"/>
              <w:spacing w:before="460" w:after="30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21"/>
                <w:spacing w:val="0"/>
              </w:rPr>
              <w:t>RELEVANT SKILLS</w:t>
            </w:r>
          </w:p>
          <w:p>
            <w:pPr>
              <w:widowControl w:val="0"/>
              <w:spacing w:before="0" w:after="24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FFFFFF"/>
                <w:sz w:val="20"/>
              </w:rPr>
              <w:t>•  [Relevant skill]</w:t>
            </w:r>
          </w:p>
          <w:p>
            <w:pPr>
              <w:widowControl w:val="0"/>
              <w:spacing w:before="0" w:after="24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FFFFFF"/>
                <w:sz w:val="20"/>
              </w:rPr>
              <w:t>•  [Software or tool]</w:t>
            </w:r>
          </w:p>
          <w:p>
            <w:pPr>
              <w:widowControl w:val="0"/>
              <w:spacing w:before="0" w:after="24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FFFFFF"/>
                <w:sz w:val="20"/>
              </w:rPr>
              <w:t>•  [Technical skill]</w:t>
            </w:r>
          </w:p>
          <w:p>
            <w:pPr>
              <w:widowControl w:val="0"/>
              <w:spacing w:before="0" w:after="24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FFFFFF"/>
                <w:sz w:val="20"/>
              </w:rPr>
              <w:t>•  [Job-related strength]</w:t>
            </w:r>
          </w:p>
          <w:p>
            <w:pPr>
              <w:pStyle w:val="Heading2"/>
              <w:keepNext/>
              <w:widowControl w:val="0"/>
              <w:spacing w:before="560" w:after="30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21"/>
                <w:spacing w:val="0"/>
              </w:rPr>
              <w:t>LANGUAGES</w:t>
            </w:r>
          </w:p>
          <w:p>
            <w:pPr>
              <w:widowControl w:val="0"/>
              <w:spacing w:before="0" w:after="18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19"/>
              </w:rPr>
              <w:t>[Language] - [Level]</w:t>
            </w:r>
          </w:p>
          <w:p>
            <w:pPr>
              <w:widowControl w:val="0"/>
              <w:spacing w:before="0" w:after="18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19"/>
              </w:rPr>
              <w:t>[Language] - [Level]</w:t>
            </w:r>
          </w:p>
        </w:tc>
        <w:tc>
          <w:tcPr>
            <w:tcW w:type="dxa" w:w="7128"/>
            <w:vAlign w:val="top"/>
            <w:tcMar>
              <w:top w:w="220" w:type="dxa"/>
              <w:bottom w:w="160" w:type="dxa"/>
              <w:start w:w="270" w:type="dxa"/>
              <w:end w:w="270" w:type="dxa"/>
            </w:tcMar>
          </w:tcPr>
          <w:p/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480"/>
            </w:tblGrid>
            <w:tr>
              <w:trPr>
                <w:cantSplit/>
              </w:trPr>
              <w:tc>
                <w:tcPr>
                  <w:tcW w:type="dxa" w:w="6480"/>
                  <w:vAlign w:val="top"/>
                  <w:shd w:fill="E1EFF7" w:val="clear"/>
                  <w:tcMar>
                    <w:top w:w="100" w:type="dxa"/>
                    <w:bottom w:w="100" w:type="dxa"/>
                    <w:start w:w="160" w:type="dxa"/>
                    <w:end w:w="130" w:type="dxa"/>
                  </w:tcMar>
                </w:tcPr>
                <w:p>
                  <w:pPr>
                    <w:pStyle w:val="Heading2"/>
                    <w:keepNext/>
                    <w:widowControl w:val="0"/>
                    <w:spacing w:before="0" w:after="0" w:line="269" w:lineRule="auto"/>
                  </w:pPr>
                  <w:r>
                    <w:rPr>
                      <w:rFonts w:ascii="Arial" w:hAnsi="Arial" w:eastAsia="Arial"/>
                      <w:b/>
                      <w:color w:val="242424"/>
                      <w:sz w:val="22"/>
                    </w:rPr>
                    <w:t>WORK EXPERIENCE</w:t>
                  </w:r>
                </w:p>
              </w:tc>
            </w:tr>
          </w:tbl>
          <w:p>
            <w:pPr>
              <w:spacing w:line="60" w:lineRule="exact" w:after="0"/>
            </w:pPr>
          </w:p>
          <w:p>
            <w:pPr>
              <w:keepNext/>
              <w:widowControl w:val="0"/>
              <w:spacing w:before="80" w:after="80" w:line="269" w:lineRule="auto"/>
            </w:pPr>
            <w:r>
              <w:rPr>
                <w:rFonts w:ascii="Arial" w:hAnsi="Arial" w:eastAsia="Arial"/>
                <w:b/>
                <w:color w:val="242424"/>
                <w:sz w:val="22"/>
              </w:rPr>
              <w:t>[Job title]</w:t>
            </w:r>
          </w:p>
          <w:p>
            <w:pPr>
              <w:widowControl w:val="0"/>
              <w:spacing w:before="0" w:after="6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[Employer]  |  [Location]</w:t>
            </w:r>
          </w:p>
          <w:p>
            <w:pPr>
              <w:widowControl w:val="0"/>
              <w:spacing w:before="0" w:after="16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[Month Year] - [Month Year]</w:t>
            </w:r>
          </w:p>
          <w:p>
            <w:pPr>
              <w:widowControl w:val="0"/>
              <w:spacing w:before="0" w:after="12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[Action verb + task + relevant result.]</w:t>
            </w:r>
          </w:p>
          <w:p>
            <w:pPr>
              <w:widowControl w:val="0"/>
              <w:spacing w:before="0" w:after="12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[Add another specific contribution or achievement.]</w:t>
            </w:r>
          </w:p>
          <w:p>
            <w:pPr>
              <w:keepNext/>
              <w:widowControl w:val="0"/>
              <w:spacing w:before="320" w:after="80" w:line="269" w:lineRule="auto"/>
            </w:pPr>
            <w:r>
              <w:rPr>
                <w:rFonts w:ascii="Arial" w:hAnsi="Arial" w:eastAsia="Arial"/>
                <w:b/>
                <w:color w:val="242424"/>
                <w:sz w:val="22"/>
              </w:rPr>
              <w:t>[Job title]</w:t>
            </w:r>
          </w:p>
          <w:p>
            <w:pPr>
              <w:widowControl w:val="0"/>
              <w:spacing w:before="0" w:after="6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[Employer]  |  [Location]</w:t>
            </w:r>
          </w:p>
          <w:p>
            <w:pPr>
              <w:widowControl w:val="0"/>
              <w:spacing w:before="0" w:after="16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[Month Year] - [Month Year]</w:t>
            </w:r>
          </w:p>
          <w:p>
            <w:pPr>
              <w:widowControl w:val="0"/>
              <w:spacing w:before="0" w:after="12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[Action verb + task + relevant result.]</w:t>
            </w:r>
          </w:p>
          <w:p>
            <w:pPr>
              <w:widowControl w:val="0"/>
              <w:spacing w:before="0" w:after="12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[Add another specific contribution or achievement.]</w:t>
            </w:r>
          </w:p>
          <w:p>
            <w:pPr>
              <w:widowControl w:val="0"/>
              <w:spacing w:before="0" w:after="0" w:line="320" w:lineRule="exact"/>
            </w:pPr>
            <w:r>
              <w:rPr>
                <w:rFonts w:ascii="Arial" w:hAnsi="Arial" w:eastAsia="Arial"/>
                <w:b w:val="0"/>
                <w:color w:val="242424"/>
                <w:sz w:val="2"/>
              </w:rPr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480"/>
            </w:tblGrid>
            <w:tr>
              <w:trPr>
                <w:cantSplit/>
              </w:trPr>
              <w:tc>
                <w:tcPr>
                  <w:tcW w:type="dxa" w:w="6480"/>
                  <w:vAlign w:val="top"/>
                  <w:shd w:fill="E1EFF7" w:val="clear"/>
                  <w:tcMar>
                    <w:top w:w="100" w:type="dxa"/>
                    <w:bottom w:w="100" w:type="dxa"/>
                    <w:start w:w="160" w:type="dxa"/>
                    <w:end w:w="130" w:type="dxa"/>
                  </w:tcMar>
                </w:tcPr>
                <w:p>
                  <w:pPr>
                    <w:pStyle w:val="Heading2"/>
                    <w:keepNext/>
                    <w:widowControl w:val="0"/>
                    <w:spacing w:before="0" w:after="0" w:line="269" w:lineRule="auto"/>
                  </w:pPr>
                  <w:r>
                    <w:rPr>
                      <w:rFonts w:ascii="Arial" w:hAnsi="Arial" w:eastAsia="Arial"/>
                      <w:b/>
                      <w:color w:val="242424"/>
                      <w:sz w:val="22"/>
                    </w:rPr>
                    <w:t>EDUCATION</w:t>
                  </w:r>
                </w:p>
              </w:tc>
            </w:tr>
          </w:tbl>
          <w:p>
            <w:pPr>
              <w:spacing w:line="60" w:lineRule="exact" w:after="0"/>
            </w:pPr>
          </w:p>
          <w:p>
            <w:pPr>
              <w:widowControl w:val="0"/>
              <w:spacing w:before="80" w:after="80" w:line="269" w:lineRule="auto"/>
            </w:pPr>
            <w:r>
              <w:rPr>
                <w:rFonts w:ascii="Arial" w:hAnsi="Arial" w:eastAsia="Arial"/>
                <w:b/>
                <w:color w:val="242424"/>
                <w:sz w:val="22"/>
              </w:rPr>
              <w:t>[Degree or qualification]</w:t>
            </w:r>
          </w:p>
          <w:p>
            <w:pPr>
              <w:widowControl w:val="0"/>
              <w:spacing w:before="0" w:after="10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[Institution]  |  [Year - Year]</w:t>
            </w:r>
          </w:p>
          <w:p>
            <w:pPr>
              <w:widowControl w:val="0"/>
              <w:spacing w:before="0" w:after="34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[Relevant coursework, project or distinction.]</w:t>
            </w:r>
          </w:p>
          <w:p>
            <w:pPr>
              <w:widowControl w:val="0"/>
              <w:spacing w:before="80" w:after="80" w:line="269" w:lineRule="auto"/>
            </w:pPr>
            <w:r>
              <w:rPr>
                <w:rFonts w:ascii="Arial" w:hAnsi="Arial" w:eastAsia="Arial"/>
                <w:b/>
                <w:color w:val="242424"/>
                <w:sz w:val="22"/>
              </w:rPr>
              <w:t>[Degree or qualification]</w:t>
            </w:r>
          </w:p>
          <w:p>
            <w:pPr>
              <w:widowControl w:val="0"/>
              <w:spacing w:before="0" w:after="10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[Institution]  |  [Year - Year]</w:t>
            </w:r>
          </w:p>
          <w:p>
            <w:pPr>
              <w:widowControl w:val="0"/>
              <w:spacing w:before="0" w:after="0" w:line="420" w:lineRule="exact"/>
            </w:pPr>
            <w:r>
              <w:rPr>
                <w:rFonts w:ascii="Arial" w:hAnsi="Arial" w:eastAsia="Arial"/>
                <w:b w:val="0"/>
                <w:color w:val="242424"/>
                <w:sz w:val="2"/>
              </w:rPr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480"/>
            </w:tblGrid>
            <w:tr>
              <w:trPr>
                <w:cantSplit/>
              </w:trPr>
              <w:tc>
                <w:tcPr>
                  <w:tcW w:type="dxa" w:w="6480"/>
                  <w:vAlign w:val="top"/>
                  <w:shd w:fill="E1EFF7" w:val="clear"/>
                  <w:tcMar>
                    <w:top w:w="100" w:type="dxa"/>
                    <w:bottom w:w="100" w:type="dxa"/>
                    <w:start w:w="160" w:type="dxa"/>
                    <w:end w:w="130" w:type="dxa"/>
                  </w:tcMar>
                </w:tcPr>
                <w:p>
                  <w:pPr>
                    <w:pStyle w:val="Heading2"/>
                    <w:keepNext/>
                    <w:widowControl w:val="0"/>
                    <w:spacing w:before="0" w:after="0" w:line="269" w:lineRule="auto"/>
                  </w:pPr>
                  <w:r>
                    <w:rPr>
                      <w:rFonts w:ascii="Arial" w:hAnsi="Arial" w:eastAsia="Arial"/>
                      <w:b/>
                      <w:color w:val="242424"/>
                      <w:sz w:val="22"/>
                    </w:rPr>
                    <w:t>CERTIFICATIONS</w:t>
                  </w:r>
                </w:p>
              </w:tc>
            </w:tr>
          </w:tbl>
          <w:p>
            <w:pPr>
              <w:spacing w:line="60" w:lineRule="exact" w:after="0"/>
            </w:pPr>
          </w:p>
          <w:p>
            <w:pPr>
              <w:widowControl w:val="0"/>
              <w:spacing w:before="240" w:after="80" w:line="269" w:lineRule="auto"/>
            </w:pPr>
            <w:r>
              <w:rPr>
                <w:rFonts w:ascii="Arial" w:hAnsi="Arial" w:eastAsia="Arial"/>
                <w:b/>
                <w:color w:val="242424"/>
                <w:sz w:val="22"/>
              </w:rPr>
              <w:t>[Certification name]</w:t>
            </w:r>
          </w:p>
          <w:p>
            <w:pPr>
              <w:widowControl w:val="0"/>
              <w:spacing w:before="0" w:after="8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[Issuing organization]  |  [Year]</w:t>
            </w:r>
          </w:p>
          <w:p>
            <w:pPr>
              <w:widowControl w:val="0"/>
              <w:spacing w:before="0" w:after="18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[Credential ID or expiry, if relevant]</w:t>
            </w:r>
          </w:p>
          <w:p>
            <w:pPr>
              <w:widowControl w:val="0"/>
              <w:spacing w:before="240" w:after="80" w:line="269" w:lineRule="auto"/>
            </w:pPr>
            <w:r>
              <w:rPr>
                <w:rFonts w:ascii="Arial" w:hAnsi="Arial" w:eastAsia="Arial"/>
                <w:b/>
                <w:color w:val="242424"/>
                <w:sz w:val="22"/>
              </w:rPr>
              <w:t>[Certification name]</w:t>
            </w:r>
          </w:p>
          <w:p>
            <w:pPr>
              <w:widowControl w:val="0"/>
              <w:spacing w:before="0" w:after="8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[Issuing organization]  |  [Year]</w:t>
            </w:r>
          </w:p>
          <w:p>
            <w:pPr>
              <w:widowControl w:val="0"/>
              <w:spacing w:before="0" w:after="18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[Credential ID or expiry, if relevant]</w:t>
            </w:r>
          </w:p>
        </w:tc>
      </w:tr>
    </w:tbl>
    <w:sectPr w:rsidR="00FC693F" w:rsidRPr="0006063C" w:rsidSect="00034616">
      <w:pgSz w:w="12240" w:h="15840"/>
      <w:pgMar w:top="504" w:right="504" w:bottom="504" w:left="504" w:header="115" w:footer="11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color w:val="24242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4242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424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424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4242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Sidebar Blank Resume Template</dc:title>
  <dc:subject>Blank editable resume with English prompts to replace</dc:subject>
  <dc:creator>PlantillasCV</dc:creator>
  <cp:keywords>blank resume template, editable, English, Word</cp:keywords>
  <dc:description>generated by python-docx</dc:description>
  <cp:lastModifiedBy/>
  <cp:revision>1</cp:revision>
  <dcterms:created xsi:type="dcterms:W3CDTF">2026-10-18T12:36:17Z</dcterms:created>
  <dcterms:modified xsi:type="dcterms:W3CDTF">2026-10-18T12:36:17Z</dcterms:modified>
  <cp:category/>
</cp:coreProperties>
</file>